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מקורות -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האמנה בספר נחמיה כמקור השראה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עיקרי חוק חג הסיגד התשס״ח-2008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קווי דמיון בין המעמד המקראי לחג בן ימינו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ספר 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ליד שער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מעזרא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הלוויים המבינים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היום קדוש ושמח לה׳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צם ולבש שקים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הסכם וברית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בסעיף 1(א) לחוק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החוק חוגגים ביום חמישי שלפני השבת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החוק מגדיר אותו כ׳יום בחירה׳ - כל עובד בוחר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בסעיף 1(ג) לחוק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החוק התקבל ב-30 ביוני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בסעיף 2 לחוק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(התאריך שבו חל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(הביא את התורה לפני הקהל)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עובד בוחר אם לעבוד או 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(ברית שהעם כרת לפני ה׳)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(מורה על קיום עצרת מרכזית)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המעמד בנחמיה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העם מתאסף כאיש אחד אל הרחוב לפני שער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עזרא הסופר מביא את ספר התורה ומתחיל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הלוויים מסבירים לעם את דברי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העם צם ולובש שקים, מתוודה על חטאיו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העם כורת אמנה - ברית חדשה עם ה׳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דמיון כמו: התכנסות, קריאה בתורה, התחדשות ברית, תחושת קהילה; שוני כמו: מיקום, שפה, הקשר היסטורי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רעיונות כמו הכרה בקהילה האתיופית, שימור מורשת, חינוך לכלל הציבור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לצום/לבישת שקים/התכנסות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יום חמישי שלפני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קשר הגיוני כמו קריאה בתורה, התכנסות,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קטעי נחמיה בקול רם בכיתה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לקבוצות: קבוצה אחת מתמקדת בנחמיה, קבוצה שנייה בחוק, ואז משתפות ממצאים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לתת דגש מיוחד לשאלות הפתוחות כהזדמנות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מקורות -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הרבה שנים, בספר נחמיה, העם התאסף ושמע את התורה, צם והתחדש. מהסיפור הזה נולד חג הסיגד. בשנת 2008 המדינה קבעה חוק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ברית שכורתים בכתב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לכרות 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להתחייב בהסכם חשוב, לרוב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להתוודות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בטעויות ולהתחרט עליהן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תרשתא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של נחמיה, מעין מושל או שליט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כל עובד בוחר אם לעבוד או לנוח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עצרת 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גדול ומרכזי לכל הציבור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שיבת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התקופה שבה חזרו יהודים מבבל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חיזוק מחדש של הסכם או קשר ישן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ספר 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העם נפגש?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שער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הביא את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מעזרא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מנחמיה התרשתא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מהלוויים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הסביר לעם את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הלוויים המבינים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נחמיה אמר לעם להיות שמחים?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היה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היום קדוש ושמח לה׳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היה אסור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הכוהנים כעסו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העם לפני הקריאה בתורה?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 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צם ולבש שקים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אכל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בנה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וברית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חוק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חג הסיגד קובע שהחג חל בכ״ט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כ״ט בחשוון חל בשבת, חוגגים את הסיגד ביום ראשון שאחריו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יום חופשה חובה לכל העובדים במדינה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 החינוך אחראי לקבוע פעילויות חינוכיות לחג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 התקבל בכנסת בשנת 1998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החוק, מתקיימת עצרת מרכזית לפתיחת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וַיֵּאָסְפוּ כׇל־הָעָם כְּאִישׁ אֶחָד אֶל־הָרְחוֹב אֲשֶׁר לִפְנֵי שַׁעַר־ה__________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עזרא הביא את התורה לפני הקהל מאיש ועד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נחמיה אמר לעם: לכו אכלו משמנים ושתו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עשרים וארבעה לחודש נאספו בני ישראל בצום ובשקים ו__________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הסיגד יוחג מדי שנה בשנה כחג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שר ה__________ יקבע פעילויות חינוכיות שייוחדו לחג הסיגד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לפירוט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ברית שהעם כרת לפני ה׳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עזרא הסופר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עובד בוחר אם לעבוד או לנוח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מורה על קיום עצרת 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הביא את התורה לפני הקהל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שר המדע התרבות והספורט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התאריך שבו חל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המעמד בנחמיה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הלוויים מסבירים לעם את דברי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צם ולובש שקים, מתוודה על חטאיו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כורת אמנה - ברית חדשה עם ה׳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מתאסף כאיש אחד אל הרחוב לפני שער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עזרא הסופר מביא את ספר התורה ומתחיל לקרוא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דומה ומה שונה בין המעמד בספר נחמיה לבין חג הסיגד שאתם מכירים?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המדינה החליטה להפוך את הסיגד לחג ממלכתי? כתבו את דעתכם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העם בספר נחמיה לפני שקרא בתורה?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לפי החוק חוגגים את חג הסיגד אם כ״ט בחשוון חל בשבת?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לקשר בין סיפור נחמיה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תחנת מקורות -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